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rFonts w:ascii="맑은 고딕" w:hAnsi="맑은 고딕" w:eastAsia="맑은 고딕"/>
          <w:b/>
          <w:color w:val="888888"/>
          <w:sz w:val="20"/>
        </w:rPr>
        <w:t>모두의 장사 캘린더</w:t>
      </w:r>
    </w:p>
    <w:p>
      <w:pPr>
        <w:spacing w:after="0"/>
        <w:jc w:val="center"/>
      </w:pPr>
      <w:r>
        <w:rPr>
          <w:rFonts w:ascii="맑은 고딕" w:hAnsi="맑은 고딕" w:eastAsia="맑은 고딕"/>
          <w:b/>
          <w:color w:val="C20F2D"/>
          <w:sz w:val="40"/>
        </w:rPr>
        <w:t>2026년 9월 단골 문자 자료집</w:t>
      </w:r>
    </w:p>
    <w:p>
      <w:pPr>
        <w:spacing w:after="0"/>
        <w:jc w:val="center"/>
      </w:pPr>
      <w:r>
        <w:rPr>
          <w:rFonts w:ascii="맑은 고딕" w:hAnsi="맑은 고딕" w:eastAsia="맑은 고딕"/>
          <w:b w:val="0"/>
          <w:color w:val="7A5A12"/>
          <w:sz w:val="22"/>
        </w:rPr>
        <w:t>초가을 — 개학하고 일상 돌아오는 달, 그리고 추석</w:t>
      </w:r>
    </w:p>
    <w:p>
      <w:pPr>
        <w:spacing w:after="80"/>
        <w:jc w:val="center"/>
      </w:pPr>
      <w:r>
        <w:rPr>
          <w:rFonts w:ascii="맑은 고딕" w:hAnsi="맑은 고딕" w:eastAsia="맑은 고딕"/>
          <w:b/>
          <w:color w:val="888888"/>
          <w:sz w:val="19"/>
        </w:rPr>
        <w:t>플러터 서비스 — 고객을 만들어 드립니다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이 자료집을 쓰는 법 — 딱 세 가지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① [ ] 안은 사장님 것으로 바꾸세요.</w:t>
              <w:br/>
              <w:t>② [한마디]는 반드시 사장님 말투로 직접 쓰세요. 이게 전부입니다.</w:t>
              <w:br/>
              <w:t>③ 한 달에 하나만 고르세요. 다 보내면 스팸이 됩니다.</w:t>
              <w:br/>
              <w:br/>
              <w:t>완벽한 문장보다, 손님과 사장님만 아는 그 한 줄이 단골을 움직입니다.</w:t>
            </w:r>
          </w:p>
        </w:tc>
      </w:tr>
    </w:tbl>
    <w:p/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여는 글 — 문자 한 통이 스토리가 되기까지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FFF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6"/>
              </w:rPr>
              <w:t>"어디서나 똑같이 찍혀 나오는 메시지와 혜택에,</w:t>
              <w:br/>
              <w:t>감동이 있을까요? 공감이 될까요?"</w:t>
            </w:r>
          </w:p>
        </w:tc>
      </w:tr>
    </w:tbl>
    <w:p>
      <w:pPr>
        <w:spacing w:after="120"/>
      </w:pPr>
      <w:r>
        <w:rPr>
          <w:rFonts w:ascii="맑은 고딕" w:hAnsi="맑은 고딕" w:eastAsia="맑은 고딕"/>
          <w:b w:val="0"/>
          <w:color w:val="2B241C"/>
          <w:sz w:val="22"/>
        </w:rPr>
        <w:t>글도 혜택도 우리 가게 것이어야 합니다. 어디나 있는 '20% 할인'이 아니라, 우리 가게에서만 되는 것으로.</w:t>
        <w:br/>
        <w:t>멋진 문장을 쓰려고 애쓰지 마세요. 손님이 반응하는 건 잘 쓴 글이 아니라 사람 냄새 나는 글이에요.</w:t>
      </w:r>
    </w:p>
    <w:p>
      <w:pPr>
        <w:spacing w:after="120"/>
      </w:pPr>
      <w:r>
        <w:rPr>
          <w:rFonts w:ascii="맑은 고딕" w:hAnsi="맑은 고딕" w:eastAsia="맑은 고딕"/>
          <w:b/>
          <w:color w:val="7A5A12"/>
          <w:sz w:val="23"/>
        </w:rPr>
        <w:t>우리가 '손맛'이라 부르는 게 별게 아니잖아요.</w:t>
        <w:br/>
        <w:t>레시피가 특별해서가 아니라, 그 사람 손이 닿아서 다른 거죠. 문자도 똑같습니다.</w:t>
      </w:r>
    </w:p>
    <w:p>
      <w:pPr>
        <w:spacing w:after="120"/>
      </w:pPr>
      <w:r>
        <w:rPr>
          <w:rFonts w:ascii="맑은 고딕" w:hAnsi="맑은 고딕" w:eastAsia="맑은 고딕"/>
          <w:b w:val="0"/>
          <w:color w:val="2B241C"/>
          <w:sz w:val="22"/>
        </w:rPr>
        <w:t>같은 품질인데도 유독 더 찾게 되는 가게가 있죠. 스토리가 있는 가게입니다.</w:t>
        <w:br/>
        <w:t>문자 한 통 한 통이 바로 그 스토리를 쌓아가는 과정이에요.</w:t>
      </w:r>
    </w:p>
    <w:p>
      <w:pPr>
        <w:spacing w:after="160"/>
      </w:pPr>
      <w:r>
        <w:rPr>
          <w:rFonts w:ascii="맑은 고딕" w:hAnsi="맑은 고딕" w:eastAsia="맑은 고딕"/>
          <w:b/>
          <w:color w:val="C20F2D"/>
          <w:sz w:val="24"/>
        </w:rPr>
        <w:t>오늘 보낸 한마디가, 반년 뒤 '그 집 사장님' 이야기가 됩니다.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2"/>
              </w:rPr>
              <w:t>온기가 흐르는 따뜻한 말 한마디. 그거면 충분합니다.</w:t>
              <w:br/>
              <w:t>단지 문자일 뿐이지만, 손님은 한두 분이 아니잖아요.</w:t>
              <w:br/>
              <w:t>그 한마디를 한 분 한 분에게 제때 전하는 일 — 그건 플러터 서비스가 하겠습니다.</w:t>
            </w:r>
          </w:p>
        </w:tc>
      </w:tr>
    </w:tbl>
    <w:p>
      <w:pPr>
        <w:spacing w:after="80"/>
        <w:jc w:val="right"/>
      </w:pPr>
      <w:r>
        <w:rPr>
          <w:rFonts w:ascii="맑은 고딕" w:hAnsi="맑은 고딕" w:eastAsia="맑은 고딕"/>
          <w:b/>
          <w:color w:val="888888"/>
          <w:sz w:val="22"/>
        </w:rPr>
        <w:t>플러터 서비스 드림</w:t>
      </w:r>
    </w:p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2026년 9월 달력 — 이달에 챙길 날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1"/>
        <w:gridCol w:w="1441"/>
        <w:gridCol w:w="1441"/>
        <w:gridCol w:w="1441"/>
        <w:gridCol w:w="1441"/>
        <w:gridCol w:w="1441"/>
        <w:gridCol w:w="1441"/>
      </w:tblGrid>
      <w:tr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일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월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화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수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목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금</w:t>
            </w:r>
          </w:p>
        </w:tc>
        <w:tc>
          <w:tcPr>
            <w:tcW w:type="dxa" w:w="1441"/>
            <w:shd w:fill="F6ECD6"/>
          </w:tcPr>
          <w:p>
            <w:pPr>
              <w:jc w:val="center"/>
            </w:pPr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토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3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4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5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6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7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8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color w:val="888888"/>
                <w:sz w:val="16"/>
              </w:rPr>
              <w:t>백로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9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10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11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12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13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14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15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16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17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18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19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20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21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22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23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 w:val="0"/>
                <w:color w:val="888888"/>
                <w:sz w:val="16"/>
              </w:rPr>
              <w:t>추분</w:t>
            </w:r>
          </w:p>
        </w:tc>
        <w:tc>
          <w:tcPr>
            <w:tcW w:type="dxa" w:w="1441"/>
            <w:shd w:fill="FFF1F3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24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16"/>
              </w:rPr>
              <w:t>연휴</w:t>
            </w:r>
          </w:p>
        </w:tc>
        <w:tc>
          <w:tcPr>
            <w:tcW w:type="dxa" w:w="1441"/>
            <w:shd w:fill="FFF1F3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25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16"/>
              </w:rPr>
              <w:t>추석</w:t>
            </w:r>
          </w:p>
        </w:tc>
        <w:tc>
          <w:tcPr>
            <w:tcW w:type="dxa" w:w="1441"/>
            <w:shd w:fill="FFF1F3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26</w:t>
            </w:r>
          </w:p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16"/>
              </w:rPr>
              <w:t>연휴</w:t>
            </w:r>
          </w:p>
        </w:tc>
      </w:tr>
      <w:tr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27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28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29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  <w:r>
              <w:rPr>
                <w:rFonts w:ascii="맑은 고딕" w:hAnsi="맑은 고딕" w:eastAsia="맑은 고딕"/>
                <w:b/>
                <w:color w:val="2B241C"/>
                <w:sz w:val="22"/>
              </w:rPr>
              <w:t>30</w:t>
            </w: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  <w:tc>
          <w:tcPr>
            <w:tcW w:type="dxa" w:w="1441"/>
          </w:tcPr>
          <w:p>
            <w:pPr>
              <w:spacing w:after="0"/>
              <w:jc w:val="center"/>
            </w:pPr>
          </w:p>
        </w:tc>
      </w:tr>
      <w:tr>
        <w:tc>
          <w:tcPr>
            <w:tcW w:type="dxa" w:w="1441"/>
          </w:tcPr>
          <w:p/>
        </w:tc>
        <w:tc>
          <w:tcPr>
            <w:tcW w:type="dxa" w:w="1441"/>
          </w:tcPr>
          <w:p/>
        </w:tc>
        <w:tc>
          <w:tcPr>
            <w:tcW w:type="dxa" w:w="1441"/>
          </w:tcPr>
          <w:p/>
        </w:tc>
        <w:tc>
          <w:tcPr>
            <w:tcW w:type="dxa" w:w="1441"/>
          </w:tcPr>
          <w:p/>
        </w:tc>
        <w:tc>
          <w:tcPr>
            <w:tcW w:type="dxa" w:w="1441"/>
          </w:tcPr>
          <w:p/>
        </w:tc>
        <w:tc>
          <w:tcPr>
            <w:tcW w:type="dxa" w:w="1441"/>
          </w:tcPr>
          <w:p/>
        </w:tc>
        <w:tc>
          <w:tcPr>
            <w:tcW w:type="dxa" w:w="1441"/>
          </w:tcPr>
          <w:p/>
        </w:tc>
      </w:tr>
    </w:tbl>
    <w:p/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🔴 이 두 개만 챙기면 됩니다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날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왜 중요한가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문자는 언제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9/24~27 추석 연휴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9/25(금)이 추석. 대체공휴일 없음(토요일 종료). 대목인 가게와 텅 비는 가게가 갈립니다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9/22~23 오전 — 쉬든 열든 영업 안내부터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9/14~18 명절 전 회식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연휴 전 마지막 주. 모임·단체 예약이 몰립니다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9/14~18 예약 안내 · 선물 세트는 9/14~20</w:t>
            </w:r>
          </w:p>
        </w:tc>
      </w:tr>
    </w:tbl>
    <w:p/>
    <w:p>
      <w:pPr>
        <w:spacing w:after="80"/>
      </w:pPr>
      <w:r>
        <w:rPr>
          <w:rFonts w:ascii="맑은 고딕" w:hAnsi="맑은 고딕" w:eastAsia="맑은 고딕"/>
          <w:b w:val="0"/>
          <w:color w:val="888888"/>
          <w:sz w:val="20"/>
        </w:rPr>
        <w:t>⚪ 참고만 — 9/7~8 백로 · 9/23 추분은 외식·카페 판촉으로 널리 자리 잡은 날은 아닙니다. 억지로 사연을 만들면 광고로만 읽히기 쉬워요. 백로 무렵만 여름→가을 메뉴 전환 신호로 참고하세요. (백로는 절입이 9/7 밤이라 자료마다 9/7·9/8로 갈립니다 — '백로 무렵'으로 쓰는 게 안전해요.)</w:t>
      </w:r>
    </w:p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몇 시에 보내야 할까 — 사장님이 가장 궁금해하는 것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1F3"/>
          </w:tcPr>
          <w:p>
            <w:r>
              <w:rPr>
                <w:rFonts w:ascii="맑은 고딕" w:hAnsi="맑은 고딕" w:eastAsia="맑은 고딕"/>
                <w:b/>
                <w:color w:val="C20F2D"/>
                <w:sz w:val="23"/>
              </w:rPr>
              <w:t>① 정각에 보내지 마세요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오전 9시·10시 정각의 1~2분에 하루 문자 발송량의 절반 가까이가 몰립니다(국내 기업메시징 발송량 관측). 그 시간에 보내면 손님 알림창에서 수십 통과 경쟁하다 묻혀요.</w:t>
              <w:br/>
              <w:t>→ 정각을 살짝 비껴서 보내세요. 10시 정각보다 10시 5~15분 사이가 낫습니다.</w:t>
            </w:r>
          </w:p>
        </w:tc>
      </w:tr>
    </w:tbl>
    <w:p/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② 골든타임 — 손님이 정하기 30~90분 전에 도착시켜라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이럴 때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보낼 시각</w:t>
            </w:r>
          </w:p>
        </w:tc>
        <w:tc>
          <w:tcPr>
            <w:tcW w:type="dxa" w:w="3362"/>
            <w:shd w:fill="F6ECD6"/>
          </w:tcPr>
          <w:p>
            <w:r>
              <w:rPr>
                <w:rFonts w:ascii="맑은 고딕" w:hAnsi="맑은 고딕" w:eastAsia="맑은 고딕"/>
                <w:b/>
                <w:color w:val="7A5A12"/>
                <w:sz w:val="20"/>
              </w:rPr>
              <w:t>왜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점심 손님 부르기 · 음식점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오전 10시 반~11시경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점심 메뉴는 11~12시에 정해집니다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저녁 손님 부르기 · 음식점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오후 4시 반~5시 반경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저녁 약속은 퇴근 직전에 정해집니다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모닝 커피·빵 · 카페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오전 8시~8시 반경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8시 전은 광고 발송 금지 구간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오후 커피·디저트 · 카페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오후 1시 반~2시 반경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점심 뒤 나른한 시간이 2차 피크</w:t>
            </w:r>
          </w:p>
        </w:tc>
      </w:tr>
      <w:tr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주말 예약 받기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금요일 오후 3~5시경</w:t>
            </w:r>
          </w:p>
        </w:tc>
        <w:tc>
          <w:tcPr>
            <w:tcW w:type="dxa" w:w="3362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외식은 토·금에 몰립니다</w:t>
            </w:r>
          </w:p>
        </w:tc>
      </w:tr>
    </w:tbl>
    <w:p>
      <w:pPr>
        <w:spacing w:after="80"/>
      </w:pPr>
      <w:r>
        <w:rPr>
          <w:rFonts w:ascii="맑은 고딕" w:hAnsi="맑은 고딕" w:eastAsia="맑은 고딕"/>
          <w:b/>
          <w:color w:val="2B241C"/>
          <w:sz w:val="20"/>
        </w:rPr>
        <w:t>⚠️ 피크 한복판(12~13시, 18~20시)에는 보내지 마세요. 손님은 이미 정했고, 매장은 바빠서 문의도 못 받습니다.</w:t>
      </w:r>
    </w:p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③ 법 — 이건 어기면 과태료입니다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밤 9시 ~ 오전 8시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광고 문자 발송 금지(별도 야간 수신동의 없으면). 밤 10시로 아는 분이 많은데 9시입니다.</w:t>
            </w:r>
          </w:p>
        </w:tc>
      </w:tr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카카오 친구톡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밤 8시부터 발송 제한(카카오 자체 정책 — 법보다 1시간 빠름)</w:t>
            </w:r>
          </w:p>
        </w:tc>
      </w:tr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예약 확정·리마인드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정보성(알림톡)이라 시간 제한 없음. 단 할인·이벤트를 섞으면 광고성이 됩니다</w:t>
            </w:r>
          </w:p>
        </w:tc>
      </w:tr>
      <w:tr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/>
                <w:color w:val="C20F2D"/>
                <w:sz w:val="20"/>
              </w:rPr>
              <w:t>필수 표기</w:t>
            </w:r>
          </w:p>
        </w:tc>
        <w:tc>
          <w:tcPr>
            <w:tcW w:type="dxa" w:w="5043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20"/>
              </w:rPr>
              <w:t>맨 앞 (광고) · 업체명·연락처 · 무료수신거부(080 무료번호)</w:t>
            </w:r>
          </w:p>
        </w:tc>
      </w:tr>
    </w:tbl>
    <w:p>
      <w:r>
        <w:br w:type="page"/>
      </w:r>
    </w:p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절기 · 시즌 문자 6종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1F3"/>
          </w:tcPr>
          <w:p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보내기 전에 — 이 한 줄만 기억하세요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기계가 찍어낸 표준화된 평균 문자는 손님도 압니다. 광고로 읽히는 순간 지워지죠.</w:t>
              <w:br/>
              <w:t>어디서나 똑같이 찍혀 나오는 메시지와 혜택에, 감동이 있을까요? 공감이 될까요?</w:t>
              <w:br/>
              <w:t>반대로 손님과 사장님만 아는 한마디(지난번 그 메뉴, 아이 이야기, 늘 앉던 자리)가 들어가면 그건 광고가 아니라 안부가 됩니다. [한마디]를 비워두고 보내지 마세요.</w:t>
              <w:br/>
              <w:br/>
              <w:t>그리고 멋진 문장을 쓰려고 애쓰지 마세요. 맞춤법이 좀 틀려도, 문장이 투박해도 괜찮습니다. 손님이 반응하는 건 잘 쓴 글이 아니라 사람 냄새가 나는 글이에요.</w:t>
              <w:br/>
              <w:br/>
              <w:t>그리고 혜택도 우리 가게 것이어야 합니다. 어느 매장이나 똑같이 찍어내는 '20% 할인'은 손님에게 그냥 광고 한 통이에요. 우리 가게에서만 되는 것 — 사장님이 직접 담근 밑반찬 한 접시, 단골만 아는 자리, 늘 드시던 메뉴 미리 준비 — 이런 게 훨씬 셉니다.</w:t>
              <w:br/>
              <w:br/>
              <w:t>우리가 '손맛'이라고 부르는 게 별게 아니잖아요. 레시피가 특별해서가 아니라 그 사람 손이 닿아서 다른 거죠. 문자도 똑같습니다.</w:t>
              <w:br/>
              <w:t>사장님 손이 닿은 한 줄, 그게 우리 가게 문자의 손맛입니다.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연휴 영업 안내 — 쉬는 경우 · 공통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9/22~23 오전 ⭐이 달의 하나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[가게명]입니다. 이번 추석 연휴(9/24~27)에는 저희도 쉽니다. 혹시 헛걸음하실까 봐 미리 알려드려요. [한마디] 🙏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2.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연휴 영업 안내 — 여는 경우 · 공통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9/22~23 오전 ⭐이 달의 하나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[가게명]입니다. 이번 추석 연휴에도 문 엽니다 🎑 [영업일·시간] 멀리 안 가시는 분들 편히 오세요.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3.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연휴 나들이 포장 · 카페/베이커리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8/13~14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[가게명]입니다 ☕ 연휴에 나들이 가시나요? 가시는 길에 들르시면 [메뉴] 포장 준비해둘게요.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4.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명절 선물·답례 세트 · 카페/베이커리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9/14~20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 🎁 추석 선물용 [세트] 준비했어요. 주문은 [마감일]까지 부탁드려요.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5.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백로 — 가을 메뉴 전환 · 공통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9/7~9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[가게명]입니다 🌾 백로 무렵이라 아침저녁으로 제법 선선하네요. 이제 뜨끈한 [가을 메뉴] 시작합니다.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6.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연휴 후 가벼운 한 끼 · 공통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9/28~29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 연휴 잘 보내셨어요? [가게명]입니다. 명절 음식에 물리셨을 것 같아 [담백한 메뉴] 준비했어요. [한마디] 🍜</w:t>
            </w:r>
          </w:p>
        </w:tc>
      </w:tr>
    </w:tbl>
    <w:p>
      <w:pPr>
        <w:spacing w:after="40"/>
      </w:pPr>
    </w:p>
    <w:p/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파는 문자 말고, 마음 가는 문자 5종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r>
              <w:rPr>
                <w:rFonts w:ascii="맑은 고딕" w:hAnsi="맑은 고딕" w:eastAsia="맑은 고딕"/>
                <w:b/>
                <w:color w:val="7A5A12"/>
                <w:sz w:val="22"/>
              </w:rPr>
              <w:t>한 달에 한 번은, 아무것도 팔지 않는 문자를 보내보세요.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"이번에 뭐 사세요"가 아니라 "잘 지내시죠"가 도착하면 손님은 그 가게를 다르게 기억합니다. 자동으로 찍어낸 형식적인 인사는 겉치레로 읽히지만, 그 손님만 아는 이야기가 한 줄 들어가면 그건 진짜 안부가 됩니다.</w:t>
              <w:br/>
              <w:br/>
              <w:t>같은 품질인데도 유독 더 찾게 되는 가게가 있죠. 스토리가 있는 가게입니다. 기계어로 다가가면 손님도 압니다 — 알아보고, 다가오지 않아요. 문자 한 통 한 통이 바로 그 스토리를 쌓아가는 과정이에요. 이게 플러터 서비스가 생각하는 단골 관리입니다.</w:t>
              <w:br/>
              <w:t>오늘 보낸 한마디가, 반년 뒤 '그 집 사장님' 이야기가 됩니다.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7.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오랜만 안부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뜸한 단골에게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[가게명] [사장님 이름]입니다. 여름 지나고 통 안 보이셔서 문득 생각났어요. 별일 없으시죠? [한마디] 😊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8.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명절 안부 — 아무것도 팔지 않는 문자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9/24~25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[가게명] [사장님 이름]입니다. 추석 잘 보내고 계신가요. 파는 얘기 아니고 그냥 인사드려요. [한마디] 🌕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9.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첫 방문 감사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신규 손님 다음날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어제 처음 와주셔서 감사했어요 😊 [가게명]입니다. 오시는 길 불편하진 않으셨는지. [한마디] 또 뵈어요!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10.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단골 감사 (분기 1회)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분기 1회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늘 [가게명] 찾아주셔서 진심으로 감사해요. [한마디] 환절기 건강 챙기시고, 곧 뵈어요 🙏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11.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재방문 감사 쿠폰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마지막 방문 후 7·14·30일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 지난번 와주셔서 고마웠어요 😊 [가게명]입니다. 이번 주 오시면 [메뉴/할인] 드릴게요. [한마디]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rFonts w:ascii="맑은 고딕" w:hAnsi="맑은 고딕" w:eastAsia="맑은 고딕"/>
          <w:b/>
          <w:color w:val="7A5A12"/>
          <w:sz w:val="20"/>
        </w:rPr>
        <w:t>💡 [한마디]에 뭘 쓰죠? — "지난번 드신 [메뉴] 또 준비했어요" · "아이 잘 크죠?" · "늘 앉으시던 창가 자리 비워둘게요" 처럼 그 손님에게만 해당되는 말이면 됩니다.</w:t>
      </w:r>
    </w:p>
    <w:p/>
    <w:p>
      <w:pPr>
        <w:spacing w:before="200" w:after="120"/>
      </w:pPr>
      <w:r>
        <w:rPr>
          <w:rFonts w:ascii="맑은 고딕" w:hAnsi="맑은 고딕" w:eastAsia="맑은 고딕"/>
          <w:b/>
          <w:color w:val="C20F2D"/>
          <w:sz w:val="30"/>
        </w:rPr>
        <w:t>이벤트 · 운영 안내 4종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12.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개학·복귀 점심 · 음식점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9/1~3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[가게명]입니다. 개학하고 다시 바빠지셨죠? 점심 챙겨 드시라고 [메뉴] 준비해뒀어요. [한마디] 🍚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13.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가을 신메뉴 예고 · 공통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9/7~10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 🍂 가을 맞이 [신메뉴] 나왔어요. 단골님 먼저 맛보시라고 연락드려요.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14.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명절 예약 마감 임박 · 음식점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9/21~22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[단골님], [가게명]입니다. 연휴 예약이 거의 찼어요. 생각 중이시면 오늘내일 중에 알려주세요. [한마디] 🙏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DF4DE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/>
                <w:color w:val="C20F2D"/>
                <w:sz w:val="21"/>
              </w:rPr>
              <w:t xml:space="preserve">15. </w:t>
            </w:r>
            <w:r>
              <w:rPr>
                <w:rFonts w:ascii="맑은 고딕" w:hAnsi="맑은 고딕" w:eastAsia="맑은 고딕"/>
                <w:b/>
                <w:color w:val="2B241C"/>
                <w:sz w:val="21"/>
              </w:rPr>
              <w:t>연휴 후 첫 커피 · 카페/베이커리</w:t>
            </w:r>
            <w:r>
              <w:rPr>
                <w:rFonts w:ascii="맑은 고딕" w:hAnsi="맑은 고딕" w:eastAsia="맑은 고딕"/>
                <w:b/>
                <w:color w:val="7A5A12"/>
                <w:sz w:val="18"/>
              </w:rPr>
              <w:t xml:space="preserve">   ⏰ 9/28~30</w:t>
            </w:r>
          </w:p>
        </w:tc>
      </w:tr>
      <w:tr>
        <w:tc>
          <w:tcPr>
            <w:tcW w:type="dxa" w:w="10086"/>
          </w:tcPr>
          <w:p>
            <w:pPr>
              <w:spacing w:after="0"/>
            </w:pP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[가게명] ☕ 연휴 끝나고 첫 출근, 고생 많으시죠. 오늘 [메뉴] 한 잔 어떠세요. [한마디]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FFF1F3"/>
          </w:tcPr>
          <w:p>
            <w:r>
              <w:rPr>
                <w:rFonts w:ascii="맑은 고딕" w:hAnsi="맑은 고딕" w:eastAsia="맑은 고딕"/>
                <w:b/>
                <w:color w:val="C20F2D"/>
                <w:sz w:val="22"/>
              </w:rPr>
              <w:t>보내기 전 마지막 체크 3가지</w:t>
              <w:br/>
            </w:r>
            <w:r>
              <w:rPr>
                <w:rFonts w:ascii="맑은 고딕" w:hAnsi="맑은 고딕" w:eastAsia="맑은 고딕"/>
                <w:b w:val="0"/>
                <w:color w:val="2B241C"/>
                <w:sz w:val="21"/>
              </w:rPr>
              <w:t>① [한마디]를 내 말투로 바꿨는가 — 안 바꿨다면 보내지 마세요.</w:t>
              <w:br/>
              <w:t>② 이번 달에 이게 처음인가 — 한 달에 하나면 충분합니다.</w:t>
              <w:br/>
              <w:t>③ 수신동의 받은 번호인가 — 밤 9시~오전 8시 발송 금지, (광고) 표기와 무료수신거부 필수.</w:t>
            </w:r>
          </w:p>
        </w:tc>
      </w:tr>
    </w:tbl>
    <w:p/>
    <w:p>
      <w:pPr>
        <w:spacing w:before="160" w:after="60"/>
      </w:pPr>
      <w:r>
        <w:rPr>
          <w:rFonts w:ascii="맑은 고딕" w:hAnsi="맑은 고딕" w:eastAsia="맑은 고딕"/>
          <w:b/>
          <w:color w:val="7A5A12"/>
          <w:sz w:val="23"/>
        </w:rPr>
        <w:t>📮 플러터 서비스에 물어보세요 — 문자 발송부터 단골 관리까지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대표번호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1661-7308 (평일 09:00~18:00)</w:t>
            </w:r>
          </w:p>
        </w:tc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홈페이지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flutterup.net</w:t>
            </w:r>
          </w:p>
        </w:tc>
      </w:tr>
      <w:tr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카카오톡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'플러터 고객센터' 검색</w:t>
            </w:r>
          </w:p>
        </w:tc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네이버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'플러터 서비스' 검색</w:t>
            </w:r>
          </w:p>
        </w:tc>
      </w:tr>
      <w:tr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유튜브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youtube.com/@flutterup_official</w:t>
            </w:r>
          </w:p>
        </w:tc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인스타그램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instagram.com/flutterup_official</w:t>
            </w:r>
          </w:p>
        </w:tc>
      </w:tr>
      <w:tr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페이스북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facebook.com/flutterup</w:t>
            </w:r>
          </w:p>
        </w:tc>
        <w:tc>
          <w:tcPr>
            <w:tcW w:type="dxa" w:w="2521"/>
            <w:shd w:fill="FFF8EA"/>
          </w:tcPr>
          <w:p>
            <w:r>
              <w:rPr>
                <w:rFonts w:ascii="맑은 고딕" w:hAnsi="맑은 고딕" w:eastAsia="맑은 고딕"/>
                <w:b/>
                <w:color w:val="C20F2D"/>
                <w:sz w:val="19"/>
              </w:rPr>
              <w:t>자료 다운로드</w:t>
            </w:r>
          </w:p>
        </w:tc>
        <w:tc>
          <w:tcPr>
            <w:tcW w:type="dxa" w:w="2521"/>
          </w:tcPr>
          <w:p>
            <w:r>
              <w:rPr>
                <w:rFonts w:ascii="맑은 고딕" w:hAnsi="맑은 고딕" w:eastAsia="맑은 고딕"/>
                <w:b w:val="0"/>
                <w:color w:val="2B241C"/>
                <w:sz w:val="19"/>
              </w:rPr>
              <w:t>flutterup.net 자료창고</w:t>
            </w:r>
          </w:p>
        </w:tc>
      </w:tr>
    </w:tbl>
    <w:p>
      <w:pPr>
        <w:spacing w:after="0"/>
        <w:jc w:val="center"/>
      </w:pPr>
      <w:r>
        <w:rPr>
          <w:rFonts w:ascii="맑은 고딕" w:hAnsi="맑은 고딕" w:eastAsia="맑은 고딕"/>
          <w:b/>
          <w:color w:val="C20F2D"/>
          <w:sz w:val="24"/>
        </w:rPr>
        <w:t>온기가 흐르는 따뜻한 말 한마디. 그거면 충분합니다.</w:t>
      </w:r>
    </w:p>
    <w:p>
      <w:pPr>
        <w:spacing w:after="0"/>
        <w:jc w:val="center"/>
      </w:pPr>
      <w:r>
        <w:rPr>
          <w:rFonts w:ascii="맑은 고딕" w:hAnsi="맑은 고딕" w:eastAsia="맑은 고딕"/>
          <w:b w:val="0"/>
          <w:color w:val="2B241C"/>
          <w:sz w:val="19"/>
        </w:rPr>
        <w:t>그 한마디를 한 분 한 분에게 제때 전하는 일 — 그건 플러터 서비스가 하겠습니다.</w:t>
      </w:r>
    </w:p>
    <w:p>
      <w:pPr>
        <w:spacing w:after="80"/>
        <w:jc w:val="center"/>
      </w:pPr>
      <w:r>
        <w:rPr>
          <w:rFonts w:ascii="맑은 고딕" w:hAnsi="맑은 고딕" w:eastAsia="맑은 고딕"/>
          <w:b/>
          <w:color w:val="7A5A12"/>
          <w:sz w:val="18"/>
        </w:rPr>
        <w:t>고객을 만들어 드립니다 · 모두의 장사 캘린더 · 다음 달에 또 찾아뵐게요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77" w:bottom="102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drawing>
        <wp:inline xmlns:a="http://schemas.openxmlformats.org/drawingml/2006/main" xmlns:pic="http://schemas.openxmlformats.org/drawingml/2006/picture">
          <wp:extent cx="366661" cy="127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lut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6661" cy="127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맑은 고딕" w:hAnsi="맑은 고딕" w:eastAsia="맑은 고딕"/>
        <w:b/>
        <w:color w:val="888888"/>
        <w:sz w:val="17"/>
      </w:rPr>
      <w:t xml:space="preserve">  고객을 만들어 드립니다</w:t>
    </w:r>
    <w:r>
      <w:rPr>
        <w:rFonts w:ascii="맑은 고딕" w:hAnsi="맑은 고딕" w:eastAsia="맑은 고딕"/>
        <w:b w:val="0"/>
        <w:color w:val="888888"/>
        <w:sz w:val="17"/>
      </w:rPr>
      <w:tab/>
      <w:tab/>
      <w:t>1661-7308 · flutterup.net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drawing>
        <wp:inline xmlns:a="http://schemas.openxmlformats.org/drawingml/2006/main" xmlns:pic="http://schemas.openxmlformats.org/drawingml/2006/picture">
          <wp:extent cx="403327" cy="1397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flutt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3327" cy="1397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맑은 고딕" w:hAnsi="맑은 고딕" w:eastAsia="맑은 고딕"/>
        <w:b/>
        <w:color w:val="888888"/>
        <w:sz w:val="17"/>
      </w:rPr>
      <w:t xml:space="preserve">  모두의 장사 캘린더</w:t>
    </w:r>
    <w:r>
      <w:rPr>
        <w:rFonts w:ascii="맑은 고딕" w:hAnsi="맑은 고딕" w:eastAsia="맑은 고딕"/>
        <w:b w:val="0"/>
        <w:color w:val="888888"/>
        <w:sz w:val="17"/>
      </w:rPr>
      <w:tab/>
      <w:tab/>
      <w:t>2026년 9월호 · 음식점 · 카페/베이커리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